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Write your first LinkedIn profile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your first LinkedIn profile’,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write your first linkedin profile.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Write your first LinkedIn profile.</w:t>
              <w:br/>
              <w:br/>
              <w:t>Desired result: a practical career document or next-step plan for: write your first linkedin profile.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your first LinkedIn profile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