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Write a simple pricing page</w:t>
      </w:r>
    </w:p>
    <w:p>
      <w:pPr>
        <w:spacing w:after="260"/>
      </w:pPr>
      <w:r>
        <w:rPr>
          <w:color w:val="657068"/>
          <w:sz w:val="22"/>
        </w:rPr>
        <w:t>A guided workflow to create a first draft of ‘Write a simple pricing page’,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write a simple pricing page.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Write a simple pricing page.</w:t>
              <w:br/>
              <w:br/>
              <w:t>Desired result: a concise business asset and validation step for: write a simple pricing page.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simple pricing page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