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Write a positioning statement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a positioning statement’,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write a positioning statement.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Write a positioning statement.</w:t>
              <w:br/>
              <w:br/>
              <w:t>Desired result: a ready-to-review marketing asset with a measurement plan for: write a positioning statement.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positioning statement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