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Write a personalized cold email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personalized cold email’,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write a personalized cold email.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Write a personalized cold email.</w:t>
              <w:br/>
              <w:br/>
              <w:t>Desired result: a customer-ready message, call plan or account action for: write a personalized cold email.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personalized cold email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