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Write a first-day introduction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first-day introduction’,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write a first-day introduction.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Write a first-day introduction.</w:t>
              <w:br/>
              <w:br/>
              <w:t>Desired result: a practical career document or next-step plan for: write a first-day introduction.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first-day introduction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