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Write a 30-second career pitch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30-second career pitch’,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write a 30-second career pitch.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Write a 30-second career pitch.</w:t>
              <w:br/>
              <w:br/>
              <w:t>Desired result: a practical career document or next-step plan for: write a 30-second career pitch.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30-second career pitch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