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Tailor a resume to a job description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‘Tailor a resume to a job description’,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tailor a resume to a job description.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Tailor a resume to a job description.</w:t>
              <w:br/>
              <w:br/>
              <w:t>Desired result: a practical career document or next-step plan for: tailor a resume to a job description.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a resume to a job description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