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Synthesize voice-of-customer feedback</w:t>
      </w:r>
    </w:p>
    <w:p>
      <w:pPr>
        <w:spacing w:after="260"/>
      </w:pPr>
      <w:r>
        <w:rPr>
          <w:color w:val="657068"/>
          <w:sz w:val="22"/>
        </w:rPr>
        <w:t>A guided workflow to create a first draft of ‘Synthesize voice-of-customer feedback’,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synthesize voice-of-customer feedback.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Synthesize voice-of-customer feedback.</w:t>
              <w:br/>
              <w:br/>
              <w:t>Desired result: a customer-ready message, call plan or account action for: synthesize voice-of-customer feedback.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Synthesize voice-of-customer feedback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