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Summarize a customer escalation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‘Summarize a customer escalation’,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summarize a customer escalation.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Summarize a customer escalation.</w:t>
              <w:br/>
              <w:br/>
              <w:t>Desired result: a customer-ready message, call plan or account action for: summarize a customer escalation.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Summarize a customer escalation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