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Sharpen a research question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‘Sharpen a research question’,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sharpen a research question.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Sharpen a research question.</w:t>
              <w:br/>
              <w:br/>
              <w:t>Desired result: a source-aware learning or research resource for: sharpen a research question.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Sharpen a research question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