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Score a business idea</w:t>
      </w:r>
    </w:p>
    <w:p>
      <w:pPr>
        <w:spacing w:after="260"/>
      </w:pPr>
      <w:r>
        <w:rPr>
          <w:color w:val="657068"/>
          <w:sz w:val="22"/>
        </w:rPr>
        <w:t>A guided workflow to create a first draft of ‘Score a business idea’,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score a business idea.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Score a business idea.</w:t>
              <w:br/>
              <w:br/>
              <w:t>Desired result: a concise business asset and validation step for: score a business idea.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Score a business idea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