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Repurpose one campaign across channels</w:t>
      </w:r>
    </w:p>
    <w:p>
      <w:pPr>
        <w:spacing w:after="260"/>
      </w:pPr>
      <w:r>
        <w:rPr>
          <w:color w:val="657068"/>
          <w:sz w:val="22"/>
        </w:rPr>
        <w:t>A guided workflow to create a first draft of ‘Repurpose one campaign across channels’,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repurpose one campaign across channels.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Repurpose one campaign across channels.</w:t>
              <w:br/>
              <w:br/>
              <w:t>Desired result: a ready-to-review marketing asset with a measurement plan for: repurpose one campaign across channels.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Repurpose one campaign across channels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