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Prepare for common sales objections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for common sales objections’,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prepare for common sales objections.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Prepare for common sales objections.</w:t>
              <w:br/>
              <w:br/>
              <w:t>Desired result: a customer-ready message, call plan or account action for: prepare for common sales objections.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for common sales objections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