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Prepare a renewal review</w:t>
      </w:r>
    </w:p>
    <w:p>
      <w:pPr>
        <w:spacing w:after="260"/>
      </w:pPr>
      <w:r>
        <w:rPr>
          <w:color w:val="657068"/>
          <w:sz w:val="22"/>
        </w:rPr>
        <w:t>A guided workflow to create a first draft of ‘Prepare a renewal review’,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prepare a renewal review.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Prepare a renewal review.</w:t>
              <w:br/>
              <w:br/>
              <w:t>Desired result: a customer-ready message, call plan or account action for: prepare a renewal review.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a renewal review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