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Prepare a practice exam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a practice exam’,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prepare a practice exam.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Prepare a practice exam.</w:t>
              <w:br/>
              <w:br/>
              <w:t>Desired result: a source-aware learning or research resource for: prepare a practice exam.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practice exam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