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Prepare a performance review self-assessment</w:t>
      </w:r>
    </w:p>
    <w:p>
      <w:pPr>
        <w:spacing w:after="260"/>
      </w:pPr>
      <w:r>
        <w:rPr>
          <w:color w:val="657068"/>
          <w:sz w:val="22"/>
        </w:rPr>
        <w:t>A guided workflow to create a first draft of ‘Prepare a performance review self-assessment’,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prepare a performance review self-assessment.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Prepare a performance review self-assessment.</w:t>
              <w:br/>
              <w:br/>
              <w:t>Desired result: a practical career document or next-step plan for: prepare a performance review self-assessment.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 performance review self-assessment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