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HUMAN RESOURCES &amp; PEOPLE MANAGEMENT</w:t>
      </w:r>
    </w:p>
    <w:p>
      <w:pPr>
        <w:pStyle w:val="Title"/>
      </w:pPr>
      <w:r>
        <w:t>Prepare a manager coaching plan from documented observations</w:t>
      </w:r>
    </w:p>
    <w:p>
      <w:pPr>
        <w:spacing w:after="260"/>
      </w:pPr>
      <w:r>
        <w:rPr>
          <w:color w:val="657068"/>
          <w:sz w:val="22"/>
        </w:rPr>
        <w:t>A practical, step-by-step workflow for prepare a manager coaching plan from documented observations,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respectful coaching conversation plan with specific observations, employee perspective questions, support options and a follow-up agreement draft.</w:t>
      </w:r>
    </w:p>
    <w:p>
      <w:pPr>
        <w:pStyle w:val="Heading1"/>
      </w:pPr>
      <w:r>
        <w:t>Who this is for</w:t>
      </w:r>
    </w:p>
    <w:p>
      <w:r>
        <w:t>People managers and HR partners supporting a direct report</w:t>
      </w:r>
    </w:p>
    <w:p>
      <w:pPr>
        <w:pStyle w:val="Heading1"/>
      </w:pPr>
      <w:r>
        <w:t>What to provide</w:t>
      </w:r>
    </w:p>
    <w:p>
      <w:r>
        <w:t>Role expectations; dated work observations; agreed goals; prior support offered; relevant policy; desired coaching outcome. Remove names and personal details where possible.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Separate directly observed behavior and outcomes from interpretations or hearsay.</w:t>
      </w:r>
    </w:p>
    <w:p>
      <w:pPr>
        <w:pStyle w:val="ListNumber"/>
      </w:pPr>
      <w:r>
        <w:t>Map observations to clear role expectations and identify evidence gaps.</w:t>
      </w:r>
    </w:p>
    <w:p>
      <w:pPr>
        <w:pStyle w:val="ListNumber"/>
      </w:pPr>
      <w:r>
        <w:t>Draft open questions and support options for a two-way conversation.</w:t>
      </w:r>
    </w:p>
    <w:p>
      <w:pPr>
        <w:pStyle w:val="ListNumber"/>
      </w:pPr>
      <w:r>
        <w:t>Create a follow-up plan with mutually agreed measures and review date placeholders.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people managers and hr partners supporting a direct report. Help me prepare a manager coaching plan from documented observations.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whether observations are specific, dated, job-related and balanced, and whether the purpose is coaching or formal performance management. Flag unsupported judgments.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people managers and hr partners supporting a direct report. Help me prepare a manager coaching plan from documented observations.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Organize facts, impact and expectation. Draft non-leading questions that invite the employee’s view. Offer support options without assuming causes or commitments.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people managers and hr partners supporting a direct report. Help me prepare a manager coaching plan from documented observations.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Create a private manager preparation sheet with opening, evidence-based examples, questions, listening notes, support choices, employee response space and draft next steps. Mark all agreements and dates for confirmation in the conversation.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diagnose, label personality or draft disciplinary conclusions from limited notes. Follow company policy, protect confidentiality and involve HR for formal performance, health, accommodation or conduct matters.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manager coaching plan from documented observations | trustWF workflow pack</dc:title>
  <dc:subject>Editable AI workflow guide for Human Resources &amp; People Management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