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Prepare a discovery call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a discovery call’,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prepare a discovery call.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Prepare a discovery call.</w:t>
              <w:br/>
              <w:br/>
              <w:t>Desired result: a concise business asset and validation step for: prepare a discovery call.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discovery call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