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Plan an account expansion conversation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an account expansion conversation’,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plan an account expansion conversation.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Plan an account expansion conversation.</w:t>
              <w:br/>
              <w:br/>
              <w:t>Desired result: a customer-ready message, call plan or account action for: plan an account expansion conversation.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an account expansion conversation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