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Plan a product launch campaign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product launch campaign’,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plan a product launch campaign.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Plan a product launch campaign.</w:t>
              <w:br/>
              <w:br/>
              <w:t>Desired result: a ready-to-review marketing asset with a measurement plan for: plan a product launch campaign.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product launch campaign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