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SMALL BUSINESS OPERATIONS</w:t>
      </w:r>
    </w:p>
    <w:p>
      <w:pPr>
        <w:pStyle w:val="Title"/>
      </w:pPr>
      <w:r>
        <w:t>Plan a new employee’s first week</w:t>
      </w:r>
    </w:p>
    <w:p>
      <w:pPr>
        <w:spacing w:after="260"/>
      </w:pPr>
      <w:r>
        <w:rPr>
          <w:color w:val="657068"/>
          <w:sz w:val="22"/>
        </w:rPr>
        <w:t>A guided workflow to create a first draft of ‘Plan a new employee’s first week’, with context prompts, review checks and a useful next step.</w:t>
      </w:r>
    </w:p>
    <w:p>
      <w:pPr>
        <w:pStyle w:val="Heading1"/>
      </w:pPr>
      <w:r>
        <w:t>The result</w:t>
      </w:r>
    </w:p>
    <w:p>
      <w:r>
        <w:t>a practical operations checklist or action plan for: plan a new employee’s first week.</w:t>
      </w:r>
    </w:p>
    <w:p>
      <w:pPr>
        <w:pStyle w:val="Heading1"/>
      </w:pPr>
      <w:r>
        <w:t>Who this is for</w:t>
      </w:r>
    </w:p>
    <w:p>
      <w:r>
        <w:t>Small business owners, store managers and operations teams</w:t>
      </w:r>
    </w:p>
    <w:p>
      <w:pPr>
        <w:pStyle w:val="Heading1"/>
      </w:pPr>
      <w:r>
        <w:t>What to provide</w:t>
      </w:r>
    </w:p>
    <w:p>
      <w:r>
        <w:t>The location or team, objective, current process, company rules and any relevant dates or performance data.</w:t>
      </w:r>
    </w:p>
    <w:p>
      <w:pPr>
        <w:pStyle w:val="Heading1"/>
      </w:pPr>
      <w:r>
        <w:t>Workflow steps</w:t>
      </w:r>
    </w:p>
    <w:p>
      <w:pPr>
        <w:pStyle w:val="ListNumber"/>
      </w:pPr>
      <w:r>
        <w:t>Describe the operating context and the result you need.</w:t>
      </w:r>
    </w:p>
    <w:p>
      <w:pPr>
        <w:pStyle w:val="ListNumber"/>
      </w:pPr>
      <w:r>
        <w:t>Provide the current process, policy and verified data.</w:t>
      </w:r>
    </w:p>
    <w:p>
      <w:pPr>
        <w:pStyle w:val="ListNumber"/>
      </w:pPr>
      <w:r>
        <w:t>Create the checklist or action plan, then have the responsible manager review it.</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small business operations. Help me complete this task: Plan a new employee’s first week.</w:t>
              <w:br/>
              <w:br/>
              <w:t>Desired result: a practical operations checklist or action plan for: plan a new employee’s first week.</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Follow company policy and local requirements. Flag any step that needs manager, finance, HR or safety approval.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Follow company policy and local requirements. Flag any step that needs manager, finance, HR or safety approval.</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a new employee’s first week | trustWF workflow pack</dc:title>
  <dc:subject>Editable AI workflow guide for Small Business Operations</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