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300" w:after="80"/>
      </w:pPr>
      <w:r>
        <w:rPr>
          <w:b/>
          <w:color w:val="678547"/>
          <w:sz w:val="18"/>
        </w:rPr>
        <w:t>CONTENT CREATION</w:t>
      </w:r>
    </w:p>
    <w:p>
      <w:pPr>
        <w:pStyle w:val="Title"/>
      </w:pPr>
      <w:r>
        <w:t>Plan a LinkedIn carousel</w:t>
      </w:r>
    </w:p>
    <w:p>
      <w:pPr>
        <w:spacing w:after="260"/>
      </w:pPr>
      <w:r>
        <w:rPr>
          <w:color w:val="657068"/>
          <w:sz w:val="22"/>
        </w:rPr>
        <w:t>A guided workflow to create a first draft of ‘Plan a LinkedIn carousel’, with context prompts, review checks and a useful next step.</w:t>
      </w:r>
    </w:p>
    <w:p>
      <w:pPr>
        <w:pStyle w:val="Heading1"/>
      </w:pPr>
      <w:r>
        <w:t>The result</w:t>
      </w:r>
    </w:p>
    <w:p>
      <w:r>
        <w:t>a platform-ready content draft and publishing checklist for: plan a linkedin carousel.</w:t>
      </w:r>
    </w:p>
    <w:p>
      <w:pPr>
        <w:pStyle w:val="Heading1"/>
      </w:pPr>
      <w:r>
        <w:t>Who this is for</w:t>
      </w:r>
    </w:p>
    <w:p>
      <w:r>
        <w:t>Creators, professionals and small business content teams</w:t>
      </w:r>
    </w:p>
    <w:p>
      <w:pPr>
        <w:pStyle w:val="Heading1"/>
      </w:pPr>
      <w:r>
        <w:t>What to provide</w:t>
      </w:r>
    </w:p>
    <w:p>
      <w:r>
        <w:t>The topic, platform, target audience, desired tone, source material and call to action.</w:t>
      </w:r>
    </w:p>
    <w:p>
      <w:pPr>
        <w:pStyle w:val="Heading1"/>
      </w:pPr>
      <w:r>
        <w:t>Workflow steps</w:t>
      </w:r>
    </w:p>
    <w:p>
      <w:pPr>
        <w:pStyle w:val="ListNumber"/>
      </w:pPr>
      <w:r>
        <w:t>Choose the platform, format, audience and one main point.</w:t>
      </w:r>
    </w:p>
    <w:p>
      <w:pPr>
        <w:pStyle w:val="ListNumber"/>
      </w:pPr>
      <w:r>
        <w:t>Add source material and voice examples if available.</w:t>
      </w:r>
    </w:p>
    <w:p>
      <w:pPr>
        <w:pStyle w:val="ListNumber"/>
      </w:pPr>
      <w:r>
        <w:t>Draft the content, then verify facts, tone, length and call to action.</w:t>
      </w:r>
    </w:p>
    <w:p>
      <w:pPr>
        <w:pStyle w:val="Heading1"/>
      </w:pPr>
      <w:r>
        <w:t>Copy-ready instructions</w:t>
      </w:r>
    </w:p>
    <w:p>
      <w:r>
        <w:rPr>
          <w:color w:val="657068"/>
          <w:sz w:val="19"/>
        </w:rPr>
        <w:t>Paste these instructions into ChatGPT, Claude, Gemini or another AI assistant. Fill in the bracketed sections and add your source material.</w:t>
      </w:r>
    </w:p>
    <w:tbl>
      <w:tblPr>
        <w:tblW w:type="auto" w:w="0"/>
        <w:tblLayout w:type="autofit"/>
        <w:tblLook w:firstColumn="1" w:firstRow="1" w:lastColumn="0" w:lastRow="0" w:noHBand="0" w:noVBand="1" w:val="04A0"/>
      </w:tblPr>
      <w:tblGrid>
        <w:gridCol w:w="9936"/>
      </w:tblGrid>
      <w:tr>
        <w:tc>
          <w:tcPr>
            <w:tcW w:type="dxa" w:w="9936"/>
            <w:shd w:fill="F3F6F1"/>
            <w:tcMar>
              <w:top w:w="140" w:type="dxa"/>
              <w:start w:w="180" w:type="dxa"/>
              <w:bottom w:w="140" w:type="dxa"/>
              <w:end w:w="180" w:type="dxa"/>
            </w:tcMar>
          </w:tcPr>
          <w:p>
            <w:pPr>
              <w:spacing w:after="0"/>
            </w:pPr>
            <w:r>
              <w:rPr>
                <w:rFonts w:ascii="Aptos" w:hAnsi="Aptos"/>
                <w:color w:val="364239"/>
                <w:sz w:val="18"/>
              </w:rPr>
              <w:t>You are a careful, practical assistant helping with content creation. Help me complete this task: Plan a LinkedIn carousel.</w:t>
              <w:br/>
              <w:br/>
              <w:t>Desired result: a platform-ready content draft and publishing checklist for: plan a linkedin carousel.</w:t>
              <w:br/>
              <w:t>Audience and context: [describe who this is for and why it is needed]</w:t>
              <w:br/>
              <w:t>Source material and facts: [paste notes, examples, requirements or data]</w:t>
              <w:br/>
              <w:t>Constraints: [tone, length, deadline, format, brand or policy rules]</w:t>
              <w:br/>
              <w:br/>
              <w:t>Before drafting, ask up to three essential questions if critical information is missing. Do not invent quotations, personal experiences or source facts. Keep claims traceable to the material provided. Then produce: (1) the requested usable draft or plan, (2) assumptions and missing information, (3) a short review checklist, and (4) one recommended next action. Use clear headings and make the result easy to edit. Do not claim that unverified information is true.</w:t>
            </w:r>
          </w:p>
        </w:tc>
      </w:tr>
    </w:tbl>
    <w:p>
      <w:pPr>
        <w:pStyle w:val="Heading1"/>
      </w:pPr>
      <w:r>
        <w:t>Review before using</w:t>
      </w:r>
    </w:p>
    <w:p>
      <w:r>
        <w:t>Do not invent quotations, personal experiences or source facts. Keep claims traceable to the material provided.</w:t>
      </w:r>
    </w:p>
    <w:p>
      <w:pPr>
        <w:spacing w:before="200"/>
      </w:pPr>
      <w:r>
        <w:rPr>
          <w:i/>
          <w:color w:val="657068"/>
          <w:sz w:val="18"/>
        </w:rPr>
        <w:t>Use the result as a draft. Review it for accuracy, context and any required approvals.</w:t>
      </w:r>
    </w:p>
    <w:sectPr w:rsidR="00FC693F" w:rsidRPr="0006063C" w:rsidSect="00034616">
      <w:headerReference w:type="default" r:id="rId9"/>
      <w:footerReference w:type="default" r:id="rId10"/>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trustwf.directory  ·  Practical AI workflows. Useful results.</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rPr>
        <w:b/>
        <w:color w:val="637467"/>
        <w:sz w:val="16"/>
      </w:rPr>
      <w:t>trustWF  |  PRACTICAL AI WORKFLOW PACK</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ptos" w:hAnsi="Aptos"/>
      <w:color w:val="303A3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00"/>
      <w:outlineLvl w:val="0"/>
    </w:pPr>
    <w:rPr>
      <w:rFonts w:asciiTheme="majorHAnsi" w:eastAsiaTheme="majorEastAsia" w:hAnsiTheme="majorHAnsi" w:cstheme="majorBidi" w:ascii="Aptos Display" w:hAnsi="Aptos Display"/>
      <w:b/>
      <w:bCs/>
      <w:color w:val="204C39"/>
      <w:sz w:val="30"/>
      <w:szCs w:val="28"/>
    </w:rPr>
  </w:style>
  <w:style w:type="paragraph" w:styleId="Heading2">
    <w:name w:val="heading 2"/>
    <w:basedOn w:val="Normal"/>
    <w:next w:val="Normal"/>
    <w:link w:val="Heading2Char"/>
    <w:uiPriority w:val="9"/>
    <w:unhideWhenUsed/>
    <w:qFormat/>
    <w:rsid w:val="00FC693F"/>
    <w:pPr>
      <w:keepNext/>
      <w:keepLines/>
      <w:spacing w:before="240" w:after="100"/>
      <w:outlineLvl w:val="1"/>
    </w:pPr>
    <w:rPr>
      <w:rFonts w:asciiTheme="majorHAnsi" w:eastAsiaTheme="majorEastAsia" w:hAnsiTheme="majorHAnsi" w:cstheme="majorBidi" w:ascii="Aptos Display" w:hAnsi="Aptos Display"/>
      <w:b/>
      <w:bCs/>
      <w:color w:val="204C39"/>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0"/>
      <w:contextualSpacing/>
    </w:pPr>
    <w:rPr>
      <w:rFonts w:asciiTheme="majorHAnsi" w:eastAsiaTheme="majorEastAsia" w:hAnsiTheme="majorHAnsi" w:cstheme="majorBidi" w:ascii="Aptos Display" w:hAnsi="Aptos Display"/>
      <w:b/>
      <w:color w:val="204C39"/>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 a LinkedIn carousel | trustWF workflow pack</dc:title>
  <dc:subject>Editable AI workflow guide for Content Creation</dc:subject>
  <dc:creator>trustWF</dc:creator>
  <cp:keywords/>
  <dc:description>generated by python-docx</dc:description>
  <cp:lastModifiedBy/>
  <cp:revision>1</cp:revision>
  <dcterms:created xsi:type="dcterms:W3CDTF">2013-12-23T23:15:00Z</dcterms:created>
  <dcterms:modified xsi:type="dcterms:W3CDTF">2013-12-23T23:15:00Z</dcterms:modified>
  <cp:category/>
</cp:coreProperties>
</file>