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Plan a language-learning lesson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language-learning lesson’,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plan a language-learning lesson.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Plan a language-learning lesson.</w:t>
              <w:br/>
              <w:br/>
              <w:t>Desired result: a source-aware learning or research resource for: plan a language-learning lesson.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language-learning lesson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