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Outline a useful blog post</w:t>
      </w:r>
    </w:p>
    <w:p>
      <w:pPr>
        <w:spacing w:after="260"/>
      </w:pPr>
      <w:r>
        <w:rPr>
          <w:color w:val="657068"/>
          <w:sz w:val="22"/>
        </w:rPr>
        <w:t>A guided workflow to create a first draft of ‘Outline a useful blog post’,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outline a useful blog post.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Outline a useful blog post.</w:t>
              <w:br/>
              <w:br/>
              <w:t>Desired result: a ready-to-review marketing asset with a measurement plan for: outline a useful blog post.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a useful blog post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