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Draft a simple business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simple business plan’,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draft a simple business plan.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Draft a simple business plan.</w:t>
              <w:br/>
              <w:br/>
              <w:t>Desired result: a concise business asset and validation step for: draft a simple business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simple business plan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