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Draft a LinkedIn connection message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LinkedIn connection message’,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draft a linkedin connection message.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Draft a LinkedIn connection message.</w:t>
              <w:br/>
              <w:br/>
              <w:t>Desired result: a customer-ready message, call plan or account action for: draft a linkedin connection message.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LinkedIn connection message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