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Draft a cover letter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cover letter’,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draft a cover letter.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Draft a cover letter.</w:t>
              <w:br/>
              <w:br/>
              <w:t>Desired result: a practical career document or next-step plan for: draft a cover letter.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cover letter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