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Design a customer survey</w:t>
      </w:r>
    </w:p>
    <w:p>
      <w:pPr>
        <w:spacing w:after="260"/>
      </w:pPr>
      <w:r>
        <w:rPr>
          <w:color w:val="657068"/>
          <w:sz w:val="22"/>
        </w:rPr>
        <w:t>A guided workflow to create a first draft of ‘Design a customer survey’,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design a customer survey.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Design a customer survey.</w:t>
              <w:br/>
              <w:br/>
              <w:t>Desired result: a ready-to-review marketing asset with a measurement plan for: design a customer survey.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 customer survey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