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CAREER &amp; FIRST JOBS</w:t>
      </w:r>
    </w:p>
    <w:p>
      <w:pPr>
        <w:pStyle w:val="Title"/>
      </w:pPr>
      <w:r>
        <w:t>Create an achievement log</w:t>
      </w:r>
    </w:p>
    <w:p>
      <w:pPr>
        <w:spacing w:after="260"/>
      </w:pPr>
      <w:r>
        <w:rPr>
          <w:color w:val="657068"/>
          <w:sz w:val="22"/>
        </w:rPr>
        <w:t>A guided workflow to create a first draft of ‘Create an achievement log’, with context prompts, review checks and a useful next step.</w:t>
      </w:r>
    </w:p>
    <w:p>
      <w:pPr>
        <w:pStyle w:val="Heading1"/>
      </w:pPr>
      <w:r>
        <w:t>The result</w:t>
      </w:r>
    </w:p>
    <w:p>
      <w:r>
        <w:t>a practical career document or next-step plan for: create an achievement log.</w:t>
      </w:r>
    </w:p>
    <w:p>
      <w:pPr>
        <w:pStyle w:val="Heading1"/>
      </w:pPr>
      <w:r>
        <w:t>Who this is for</w:t>
      </w:r>
    </w:p>
    <w:p>
      <w:r>
        <w:t>Job seekers and early-career professionals</w:t>
      </w:r>
    </w:p>
    <w:p>
      <w:pPr>
        <w:pStyle w:val="Heading1"/>
      </w:pPr>
      <w:r>
        <w:t>What to provide</w:t>
      </w:r>
    </w:p>
    <w:p>
      <w:r>
        <w:t>Your target role, experience, skills, achievements and any relevant job description. Remove private contact details before sharing.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the target role and the result you need.</w:t>
      </w:r>
    </w:p>
    <w:p>
      <w:pPr>
        <w:pStyle w:val="ListNumber"/>
      </w:pPr>
      <w:r>
        <w:t>Add only accurate experience, examples and requirements.</w:t>
      </w:r>
    </w:p>
    <w:p>
      <w:pPr>
        <w:pStyle w:val="ListNumber"/>
      </w:pPr>
      <w:r>
        <w:t>Generate a draft, then check every claim before using it.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career &amp; first jobs. Help me complete this task: Create an achievement log.</w:t>
              <w:br/>
              <w:br/>
              <w:t>Desired result: a practical career document or next-step plan for: create an achievement log.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invent a degree, employer, skill, result or achievement. Mark missing information as a question or placeholder.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invent a degree, employer, skill, result or achievement. Mark missing information as a question or placeholder.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an achievement log | trustWF workflow pack</dc:title>
  <dc:subject>Editable AI workflow guide for Career &amp; First Jobs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