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Create a waitlist launch plan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waitlist launch plan’,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create a waitlist launch plan.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Create a waitlist launch plan.</w:t>
              <w:br/>
              <w:br/>
              <w:t>Desired result: a concise business asset and validation step for: create a waitlist launch plan.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waitlist launch plan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