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Create a spaced-repetition schedule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spaced-repetition schedule’,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create a spaced-repetition schedule.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Create a spaced-repetition schedule.</w:t>
              <w:br/>
              <w:br/>
              <w:t>Desired result: a source-aware learning or research resource for: create a spaced-repetition schedule.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spaced-repetition schedule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