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Create a social ad concept set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social ad concept set’,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create a social ad concept set.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Create a social ad concept set.</w:t>
              <w:br/>
              <w:br/>
              <w:t>Desired result: a ready-to-review marketing asset with a measurement plan for: create a social ad concept set.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social ad concept set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