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Create a simple account plan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simple account plan’,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create a simple account plan.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Create a simple account plan.</w:t>
              <w:br/>
              <w:br/>
              <w:t>Desired result: a customer-ready message, call plan or account action for: create a simple account plan.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simple account plan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