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Create a sales qualification scorecard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sales qualification scorecard’,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create a sales qualification scorecard.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Create a sales qualification scorecard.</w:t>
              <w:br/>
              <w:br/>
              <w:t>Desired result: a customer-ready message, call plan or account action for: create a sales qualification scorecard.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sales qualification scorecard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