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Create a practical SWOT analysis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practical SWOT analysis’,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create a practical swot analysis.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Create a practical SWOT analysis.</w:t>
              <w:br/>
              <w:br/>
              <w:t>Desired result: a ready-to-review marketing asset with a measurement plan for: create a practical swot analysis.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practical SWOT analysis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