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Create a 30-day creator plan</w:t>
      </w:r>
    </w:p>
    <w:p>
      <w:pPr>
        <w:spacing w:after="260"/>
      </w:pPr>
      <w:r>
        <w:rPr>
          <w:color w:val="657068"/>
          <w:sz w:val="22"/>
        </w:rPr>
        <w:t>A guided workflow to create a first draft of ‘Create a 30-day creator plan’, with context prompts, review checks and a useful next step.</w:t>
      </w:r>
    </w:p>
    <w:p>
      <w:pPr>
        <w:pStyle w:val="Heading1"/>
      </w:pPr>
      <w:r>
        <w:t>The result</w:t>
      </w:r>
    </w:p>
    <w:p>
      <w:r>
        <w:t>a platform-ready content draft and publishing checklist for: create a 30-day creator plan.</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Create a 30-day creator plan.</w:t>
              <w:br/>
              <w:br/>
              <w:t>Desired result: a platform-ready content draft and publishing checklist for: create a 30-day creator plan.</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30-day creator plan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