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SUPPLY CHAIN &amp; PROCUREMENT</w:t>
      </w:r>
    </w:p>
    <w:p>
      <w:pPr>
        <w:pStyle w:val="Title"/>
      </w:pPr>
      <w:r>
        <w:t>Calculate reorder quantities from demand, stock and lead-time data</w:t>
      </w:r>
    </w:p>
    <w:p>
      <w:pPr>
        <w:spacing w:after="260"/>
      </w:pPr>
      <w:r>
        <w:rPr>
          <w:color w:val="657068"/>
          <w:sz w:val="22"/>
        </w:rPr>
        <w:t>A practical, step-by-step workflow for calculating reorder quantities from demand, stock and lead-time data, with task-specific prompts, a usable output and checks before acting.</w:t>
      </w:r>
    </w:p>
    <w:p>
      <w:pPr>
        <w:pStyle w:val="Heading1"/>
      </w:pPr>
      <w:r>
        <w:t>The result</w:t>
      </w:r>
    </w:p>
    <w:p>
      <w:r>
        <w:t>A SKU-level reorder review showing demand basis, usable stock, expected supply, lead-time risk and proposed quantity for buyer approval.</w:t>
      </w:r>
    </w:p>
    <w:p>
      <w:pPr>
        <w:pStyle w:val="Heading1"/>
      </w:pPr>
      <w:r>
        <w:t>Who this is for</w:t>
      </w:r>
    </w:p>
    <w:p>
      <w:r>
        <w:t>Inventory planners and buyers reviewing replenishment needs</w:t>
      </w:r>
    </w:p>
    <w:p>
      <w:pPr>
        <w:pStyle w:val="Heading1"/>
      </w:pPr>
      <w:r>
        <w:t>What to provide</w:t>
      </w:r>
    </w:p>
    <w:p>
      <w:r>
        <w:t>SKU and unit definitions; dated demand history or forecast; usable on-hand stock; open purchase orders; lead times; MOQ and pack size; service-level policy.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Align item codes, units, time periods and inventory status definitions.</w:t>
      </w:r>
    </w:p>
    <w:p>
      <w:pPr>
        <w:pStyle w:val="ListNumber"/>
      </w:pPr>
      <w:r>
        <w:t>Calculate demand during lead time and compare it with usable stock and confirmed inbound supply.</w:t>
      </w:r>
    </w:p>
    <w:p>
      <w:pPr>
        <w:pStyle w:val="ListNumber"/>
      </w:pPr>
      <w:r>
        <w:t>Apply the organization’s reorder rule, pack size and MOQ only when supplied.</w:t>
      </w:r>
    </w:p>
    <w:p>
      <w:pPr>
        <w:pStyle w:val="ListNumber"/>
      </w:pPr>
      <w:r>
        <w:t>Flag exceptions and create a buyer-review queue.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Stage 1 — Prepare and diagnose</w:t>
              <w:br/>
              <w:t>When to use: Before doing the work, use this stage to check source quality, definitions, scope and critical missing information.</w:t>
              <w:br/>
              <w:t>Copy and paste:</w:t>
              <w:br/>
              <w:t>You are a careful, tool-neutral assistant helping inventory planners and buyers reviewing replenishment needs. Help me prepare a reorder review from stock and demand data.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1 — Prepare and diagnose</w:t>
              <w:br/>
              <w:t>Confirm as-of date, demand period, lead-time unit, stock exclusions, open-order status and replenishment formula. Flag missing fields and stock discrepancies.</w:t>
              <w:br/>
              <w:br/>
              <w:t>Return: A brief input check, missing-information list and any essential questions. Do not hide uncertainty. Mark missing facts as questions or placeholders.</w:t>
              <w:br/>
              <w:t>Expected output: A brief input check, missing-information list and any essential questions.</w:t>
              <w:br/>
              <w:t>Check before continuing: Check that the period, units, source and decision boundary are correct.</w:t>
              <w:br/>
              <w:br/>
              <w:t>Stage 2 — Analyze and plan</w:t>
              <w:br/>
              <w:t>When to use: Use this stage after the inputs are ready. Carry forward the Stage 1 input check and supplied material.</w:t>
              <w:br/>
              <w:t>Copy and paste:</w:t>
              <w:br/>
              <w:t>You are a careful, tool-neutral assistant helping inventory planners and buyers reviewing replenishment needs. Help me prepare a reorder review from stock and demand data.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2 — Analyze and plan</w:t>
              <w:br/>
              <w:t>For each item, show inputs and formula used to derive suggested replenishment. If a required policy or forecast is absent, return a data-needed status instead of inventing a quantity.</w:t>
              <w:br/>
              <w:br/>
              <w:t>Return: A traceable analysis or plan with calculations, rules and uncertainty stated. Do not hide uncertainty. Mark missing facts as questions or placeholders.</w:t>
              <w:br/>
              <w:t>Expected output: A traceable analysis or plan with calculations, rules and uncertainty stated.</w:t>
              <w:br/>
              <w:t>Check before continuing: Check formulas, definitions, priorities and evidence before using the draft.</w:t>
              <w:br/>
              <w:br/>
              <w:t>Stage 3 — Produce and review</w:t>
              <w:br/>
              <w:t>When to use: Use this stage after you accept the analysis. Carry forward prior outputs and correct any facts before finalizing.</w:t>
              <w:br/>
              <w:t>Copy and paste:</w:t>
              <w:br/>
              <w:t>You are a careful, tool-neutral assistant helping inventory planners and buyers reviewing replenishment needs. Help me prepare a reorder review from stock and demand data.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3 — Produce and review</w:t>
              <w:br/>
              <w:t>Provide a table with SKU, demand rate, lead-time demand, usable stock, inbound supply, reorder trigger, proposed quantity, MOQ/pack rounding, risk flag and buyer action.</w:t>
              <w:br/>
              <w:br/>
              <w:t>Return: The requested draft plus assumptions, unresolved questions, a review checklist and one next action. Do not hide uncertainty. Mark missing facts as questions or placeholders.</w:t>
              <w:br/>
              <w:t>Expected output: The requested draft plus assumptions, unresolved questions, a review checklist and one next action.</w:t>
              <w:br/>
              <w:t>Check before continuing: Verify facts, policy, calculations and required human approval before acting.</w:t>
            </w:r>
          </w:p>
        </w:tc>
      </w:tr>
    </w:tbl>
    <w:p>
      <w:pPr>
        <w:pStyle w:val="Heading1"/>
      </w:pPr>
      <w:r>
        <w:t>Review before using</w:t>
      </w:r>
    </w:p>
    <w:p>
      <w:r>
        <w:t>Do not assume all recorded stock is usable or create purchase orders. Treat forecasts and suggested quantities as proposals; planners must verify source data, cash and vendor constraints.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Calculate reorder quantities from demand, stock and lead-time data | trustWF workflow pack</dc:title>
  <dc:subject>Editable AI workflow guide for Supply Chain &amp; Procurement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