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Build a promotion case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promotion case’,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build a promotion case.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Build a promotion case.</w:t>
              <w:br/>
              <w:br/>
              <w:t>Desired result: a practical career document or next-step plan for: build a promotion case.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promotion case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