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Build a buyer persona from customer evidence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buyer persona from customer evidence’,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build a buyer persona from customer evidence.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Build a buyer persona from customer evidence.</w:t>
              <w:br/>
              <w:br/>
              <w:t>Desired result: a ready-to-review marketing asset with a measurement plan for: build a buyer persona from customer evidence.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buyer persona from customer evidence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